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BF1D9" w14:textId="77777777" w:rsidR="007F3714" w:rsidRPr="00616466" w:rsidRDefault="00000000">
      <w:pPr>
        <w:pStyle w:val="Tytu"/>
        <w:jc w:val="center"/>
        <w:rPr>
          <w:lang w:val="pl-PL"/>
        </w:rPr>
      </w:pPr>
      <w:r w:rsidRPr="00616466">
        <w:rPr>
          <w:lang w:val="pl-PL"/>
        </w:rPr>
        <w:t>Formularz zgłoszeniowy</w:t>
      </w:r>
    </w:p>
    <w:p w14:paraId="4079DDA9" w14:textId="77777777" w:rsidR="007F3714" w:rsidRPr="00616466" w:rsidRDefault="00000000">
      <w:pPr>
        <w:jc w:val="center"/>
        <w:rPr>
          <w:lang w:val="pl-PL"/>
        </w:rPr>
      </w:pPr>
      <w:r w:rsidRPr="00616466">
        <w:rPr>
          <w:b/>
          <w:color w:val="1F8A8A"/>
          <w:sz w:val="28"/>
          <w:lang w:val="pl-PL"/>
        </w:rPr>
        <w:t>Przegląd Talentów Dzieci i Młodzieży</w:t>
      </w:r>
    </w:p>
    <w:p w14:paraId="1E396F58" w14:textId="77777777" w:rsidR="007F3714" w:rsidRPr="00616466" w:rsidRDefault="00000000">
      <w:pPr>
        <w:jc w:val="center"/>
        <w:rPr>
          <w:lang w:val="pl-PL"/>
        </w:rPr>
      </w:pPr>
      <w:r w:rsidRPr="00616466">
        <w:rPr>
          <w:lang w:val="pl-PL"/>
        </w:rPr>
        <w:t>22 listopada 2026 roku  •  godzina 15:00  •  Dom Kultury w Subkowach</w:t>
      </w:r>
    </w:p>
    <w:p w14:paraId="1C71395F" w14:textId="77777777" w:rsidR="007F3714" w:rsidRPr="00616466" w:rsidRDefault="00000000">
      <w:pPr>
        <w:spacing w:after="140"/>
        <w:rPr>
          <w:lang w:val="pl-PL"/>
        </w:rPr>
      </w:pPr>
      <w:r w:rsidRPr="00616466">
        <w:rPr>
          <w:lang w:val="pl-PL"/>
        </w:rPr>
        <w:t>Termin przekazania formularza: 8 listopada 2026 roku. Prosimy wypełnić czytelnie wszystkie pola dotyczące uczestnika i występu.</w:t>
      </w:r>
    </w:p>
    <w:p w14:paraId="3EB2A00B" w14:textId="77777777" w:rsidR="007F3714" w:rsidRDefault="00000000">
      <w:pPr>
        <w:pStyle w:val="Nagwek1"/>
      </w:pPr>
      <w:r>
        <w:t xml:space="preserve">Dane </w:t>
      </w:r>
      <w:proofErr w:type="spellStart"/>
      <w:r>
        <w:t>uczestnika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7F3714" w:rsidRPr="00616466" w14:paraId="1F6A6F29" w14:textId="77777777">
        <w:trPr>
          <w:jc w:val="center"/>
        </w:trPr>
        <w:tc>
          <w:tcPr>
            <w:tcW w:w="498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B2981E" w14:textId="77777777" w:rsidR="007F3714" w:rsidRPr="00616466" w:rsidRDefault="00000000">
            <w:pPr>
              <w:rPr>
                <w:lang w:val="pl-PL"/>
              </w:rPr>
            </w:pPr>
            <w:r w:rsidRPr="00616466">
              <w:rPr>
                <w:b/>
                <w:sz w:val="19"/>
                <w:lang w:val="pl-PL"/>
              </w:rPr>
              <w:t>Imię i nazwisko uczestnika / nazwa zespołu</w:t>
            </w:r>
            <w:r w:rsidRPr="00616466">
              <w:rPr>
                <w:lang w:val="pl-PL"/>
              </w:rPr>
              <w:br/>
            </w:r>
            <w:r w:rsidRPr="00616466">
              <w:rPr>
                <w:lang w:val="pl-PL"/>
              </w:rPr>
              <w:br/>
            </w:r>
          </w:p>
        </w:tc>
        <w:tc>
          <w:tcPr>
            <w:tcW w:w="498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8293BD" w14:textId="77777777" w:rsidR="007F3714" w:rsidRPr="00616466" w:rsidRDefault="00000000">
            <w:pPr>
              <w:rPr>
                <w:lang w:val="pl-PL"/>
              </w:rPr>
            </w:pPr>
            <w:r w:rsidRPr="00616466">
              <w:rPr>
                <w:b/>
                <w:sz w:val="19"/>
                <w:lang w:val="pl-PL"/>
              </w:rPr>
              <w:t>Wiek uczestnika / przedział wiekowy grupy</w:t>
            </w:r>
            <w:r w:rsidRPr="00616466">
              <w:rPr>
                <w:lang w:val="pl-PL"/>
              </w:rPr>
              <w:br/>
            </w:r>
            <w:r w:rsidRPr="00616466">
              <w:rPr>
                <w:lang w:val="pl-PL"/>
              </w:rPr>
              <w:br/>
            </w:r>
          </w:p>
        </w:tc>
      </w:tr>
      <w:tr w:rsidR="007F3714" w14:paraId="096A2AC3" w14:textId="77777777">
        <w:trPr>
          <w:jc w:val="center"/>
        </w:trPr>
        <w:tc>
          <w:tcPr>
            <w:tcW w:w="498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3745E5" w14:textId="77777777" w:rsidR="007F3714" w:rsidRDefault="00000000">
            <w:proofErr w:type="spellStart"/>
            <w:r>
              <w:rPr>
                <w:b/>
                <w:sz w:val="19"/>
              </w:rPr>
              <w:t>Miejscowość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lub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szkoła</w:t>
            </w:r>
            <w:proofErr w:type="spellEnd"/>
            <w:r>
              <w:br/>
            </w:r>
          </w:p>
        </w:tc>
        <w:tc>
          <w:tcPr>
            <w:tcW w:w="498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813F67" w14:textId="77777777" w:rsidR="007F3714" w:rsidRDefault="00000000">
            <w:r>
              <w:rPr>
                <w:b/>
                <w:sz w:val="19"/>
              </w:rPr>
              <w:t>Liczba osób w zespole</w:t>
            </w:r>
            <w:r>
              <w:br/>
            </w:r>
          </w:p>
        </w:tc>
      </w:tr>
      <w:tr w:rsidR="007F3714" w14:paraId="484364D5" w14:textId="77777777">
        <w:trPr>
          <w:jc w:val="center"/>
        </w:trPr>
        <w:tc>
          <w:tcPr>
            <w:tcW w:w="498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F7343C" w14:textId="3832A0C8" w:rsidR="007F3714" w:rsidRPr="00616466" w:rsidRDefault="00000000">
            <w:pPr>
              <w:rPr>
                <w:lang w:val="pl-PL"/>
              </w:rPr>
            </w:pPr>
            <w:r w:rsidRPr="00616466">
              <w:rPr>
                <w:b/>
                <w:sz w:val="19"/>
                <w:lang w:val="pl-PL"/>
              </w:rPr>
              <w:t>Imię i nazwisko rodzica</w:t>
            </w:r>
            <w:r w:rsidR="00616466" w:rsidRPr="00616466">
              <w:rPr>
                <w:b/>
                <w:sz w:val="19"/>
                <w:lang w:val="pl-PL"/>
              </w:rPr>
              <w:t>/</w:t>
            </w:r>
            <w:r w:rsidRPr="00616466">
              <w:rPr>
                <w:b/>
                <w:sz w:val="19"/>
                <w:lang w:val="pl-PL"/>
              </w:rPr>
              <w:t xml:space="preserve">opiekuna </w:t>
            </w:r>
            <w:r w:rsidR="00616466">
              <w:rPr>
                <w:b/>
                <w:sz w:val="19"/>
                <w:lang w:val="pl-PL"/>
              </w:rPr>
              <w:t>prawnego</w:t>
            </w:r>
            <w:r w:rsidRPr="00616466">
              <w:rPr>
                <w:lang w:val="pl-PL"/>
              </w:rPr>
              <w:br/>
            </w:r>
            <w:r w:rsidRPr="00616466">
              <w:rPr>
                <w:lang w:val="pl-PL"/>
              </w:rPr>
              <w:br/>
            </w:r>
          </w:p>
        </w:tc>
        <w:tc>
          <w:tcPr>
            <w:tcW w:w="498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9BC0E1" w14:textId="77777777" w:rsidR="007F3714" w:rsidRDefault="00000000">
            <w:proofErr w:type="spellStart"/>
            <w:r>
              <w:rPr>
                <w:b/>
                <w:sz w:val="19"/>
              </w:rPr>
              <w:t>Telefon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kontaktowy</w:t>
            </w:r>
            <w:proofErr w:type="spellEnd"/>
            <w:r>
              <w:br/>
            </w:r>
            <w:r>
              <w:br/>
            </w:r>
          </w:p>
        </w:tc>
      </w:tr>
    </w:tbl>
    <w:p w14:paraId="5C802B33" w14:textId="77777777" w:rsidR="007F3714" w:rsidRDefault="00000000">
      <w:pPr>
        <w:pStyle w:val="Nagwek1"/>
      </w:pPr>
      <w:r>
        <w:t>Informacje o występie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72"/>
      </w:tblGrid>
      <w:tr w:rsidR="007F3714" w:rsidRPr="00616466" w14:paraId="53D1F79A" w14:textId="77777777">
        <w:trPr>
          <w:jc w:val="center"/>
        </w:trPr>
        <w:tc>
          <w:tcPr>
            <w:tcW w:w="1009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062BFA" w14:textId="77777777" w:rsidR="007F3714" w:rsidRPr="00616466" w:rsidRDefault="00000000">
            <w:pPr>
              <w:rPr>
                <w:lang w:val="pl-PL"/>
              </w:rPr>
            </w:pPr>
            <w:r w:rsidRPr="00616466">
              <w:rPr>
                <w:b/>
                <w:sz w:val="19"/>
                <w:lang w:val="pl-PL"/>
              </w:rPr>
              <w:t>Rodzaj talentu i tytuł prezentacji</w:t>
            </w:r>
            <w:r w:rsidRPr="00616466">
              <w:rPr>
                <w:lang w:val="pl-PL"/>
              </w:rPr>
              <w:br/>
            </w:r>
          </w:p>
        </w:tc>
      </w:tr>
      <w:tr w:rsidR="007F3714" w14:paraId="68D855F9" w14:textId="77777777">
        <w:trPr>
          <w:jc w:val="center"/>
        </w:trPr>
        <w:tc>
          <w:tcPr>
            <w:tcW w:w="1009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14AA5C" w14:textId="77777777" w:rsidR="007F3714" w:rsidRDefault="00000000">
            <w:proofErr w:type="spellStart"/>
            <w:r>
              <w:rPr>
                <w:b/>
                <w:sz w:val="19"/>
              </w:rPr>
              <w:t>Krótki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opis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występu</w:t>
            </w:r>
            <w:proofErr w:type="spellEnd"/>
            <w:r>
              <w:br/>
            </w:r>
            <w:r>
              <w:br/>
            </w:r>
          </w:p>
        </w:tc>
      </w:tr>
      <w:tr w:rsidR="007F3714" w:rsidRPr="00616466" w14:paraId="665F23C8" w14:textId="77777777">
        <w:trPr>
          <w:jc w:val="center"/>
        </w:trPr>
        <w:tc>
          <w:tcPr>
            <w:tcW w:w="1009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672765" w14:textId="77777777" w:rsidR="007F3714" w:rsidRPr="00616466" w:rsidRDefault="00000000">
            <w:pPr>
              <w:rPr>
                <w:lang w:val="pl-PL"/>
              </w:rPr>
            </w:pPr>
            <w:r w:rsidRPr="00616466">
              <w:rPr>
                <w:b/>
                <w:sz w:val="19"/>
                <w:lang w:val="pl-PL"/>
              </w:rPr>
              <w:t>Przewidywany czas występu — maksymalnie 5 minut</w:t>
            </w:r>
            <w:r w:rsidRPr="00616466">
              <w:rPr>
                <w:lang w:val="pl-PL"/>
              </w:rPr>
              <w:br/>
            </w:r>
          </w:p>
        </w:tc>
      </w:tr>
      <w:tr w:rsidR="007F3714" w:rsidRPr="00616466" w14:paraId="13715020" w14:textId="77777777">
        <w:trPr>
          <w:jc w:val="center"/>
        </w:trPr>
        <w:tc>
          <w:tcPr>
            <w:tcW w:w="1009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ECA48B" w14:textId="77777777" w:rsidR="007F3714" w:rsidRPr="00616466" w:rsidRDefault="00000000">
            <w:pPr>
              <w:rPr>
                <w:lang w:val="pl-PL"/>
              </w:rPr>
            </w:pPr>
            <w:r w:rsidRPr="00616466">
              <w:rPr>
                <w:b/>
                <w:sz w:val="19"/>
                <w:lang w:val="pl-PL"/>
              </w:rPr>
              <w:t>Potrzeby techniczne, podkład muzyczny, rekwizyty i sposób ich przekazania</w:t>
            </w:r>
            <w:r w:rsidRPr="00616466">
              <w:rPr>
                <w:lang w:val="pl-PL"/>
              </w:rPr>
              <w:br/>
            </w:r>
            <w:r w:rsidRPr="00616466">
              <w:rPr>
                <w:lang w:val="pl-PL"/>
              </w:rPr>
              <w:br/>
            </w:r>
          </w:p>
        </w:tc>
      </w:tr>
    </w:tbl>
    <w:p w14:paraId="7D1B9731" w14:textId="77777777" w:rsidR="007F3714" w:rsidRPr="00616466" w:rsidRDefault="00000000">
      <w:pPr>
        <w:rPr>
          <w:lang w:val="pl-PL"/>
        </w:rPr>
      </w:pPr>
      <w:r w:rsidRPr="00616466">
        <w:rPr>
          <w:lang w:val="pl-PL"/>
        </w:rPr>
        <w:br w:type="page"/>
      </w:r>
    </w:p>
    <w:p w14:paraId="26841C27" w14:textId="77777777" w:rsidR="007F3714" w:rsidRPr="00616466" w:rsidRDefault="00000000">
      <w:pPr>
        <w:pStyle w:val="Nagwek1"/>
        <w:rPr>
          <w:lang w:val="pl-PL"/>
        </w:rPr>
      </w:pPr>
      <w:r w:rsidRPr="00616466">
        <w:rPr>
          <w:lang w:val="pl-PL"/>
        </w:rPr>
        <w:lastRenderedPageBreak/>
        <w:t>Oświadczenia i zgody</w:t>
      </w:r>
    </w:p>
    <w:p w14:paraId="3538C6A1" w14:textId="77777777" w:rsidR="007F3714" w:rsidRPr="00616466" w:rsidRDefault="00000000">
      <w:pPr>
        <w:spacing w:after="60"/>
        <w:rPr>
          <w:lang w:val="pl-PL"/>
        </w:rPr>
      </w:pPr>
      <w:r w:rsidRPr="00616466">
        <w:rPr>
          <w:b/>
          <w:lang w:val="pl-PL"/>
        </w:rPr>
        <w:t xml:space="preserve">☐  </w:t>
      </w:r>
      <w:r w:rsidRPr="00616466">
        <w:rPr>
          <w:lang w:val="pl-PL"/>
        </w:rPr>
        <w:t>Oświadczam, że zapoznałam się / zapoznałem się z regulaminem i akceptuję jego postanowienia.</w:t>
      </w:r>
    </w:p>
    <w:p w14:paraId="5E28ECBF" w14:textId="77777777" w:rsidR="007F3714" w:rsidRPr="00616466" w:rsidRDefault="00000000">
      <w:pPr>
        <w:spacing w:after="60"/>
        <w:rPr>
          <w:lang w:val="pl-PL"/>
        </w:rPr>
      </w:pPr>
      <w:r w:rsidRPr="00616466">
        <w:rPr>
          <w:b/>
          <w:lang w:val="pl-PL"/>
        </w:rPr>
        <w:t xml:space="preserve">☐  </w:t>
      </w:r>
      <w:r w:rsidRPr="00616466">
        <w:rPr>
          <w:lang w:val="pl-PL"/>
        </w:rPr>
        <w:t>Wyrażam zgodę na udział wskazanego wyżej dziecka w wydarzeniu albo zgłaszam swój udział jako pełnoletni uczestnik.</w:t>
      </w:r>
    </w:p>
    <w:p w14:paraId="630F488E" w14:textId="77777777" w:rsidR="007F3714" w:rsidRPr="00616466" w:rsidRDefault="00000000">
      <w:pPr>
        <w:spacing w:after="60"/>
        <w:rPr>
          <w:lang w:val="pl-PL"/>
        </w:rPr>
      </w:pPr>
      <w:r w:rsidRPr="00616466">
        <w:rPr>
          <w:b/>
          <w:lang w:val="pl-PL"/>
        </w:rPr>
        <w:t xml:space="preserve">☐  </w:t>
      </w:r>
      <w:r w:rsidRPr="00616466">
        <w:rPr>
          <w:lang w:val="pl-PL"/>
        </w:rPr>
        <w:t>Potwierdzam, że prezentacja i wykorzystywane materiały nie naruszają praw osób trzecich oraz mogą zostać bezpiecznie przedstawione podczas wydarzenia.</w:t>
      </w:r>
    </w:p>
    <w:p w14:paraId="5C5F6260" w14:textId="77777777" w:rsidR="007F3714" w:rsidRPr="00616466" w:rsidRDefault="00000000">
      <w:pPr>
        <w:spacing w:before="100" w:after="60"/>
        <w:rPr>
          <w:lang w:val="pl-PL"/>
        </w:rPr>
      </w:pPr>
      <w:r w:rsidRPr="00616466">
        <w:rPr>
          <w:b/>
          <w:lang w:val="pl-PL"/>
        </w:rPr>
        <w:t>Zgoda na utrwalanie i publikację wizerunku uczestnika:</w:t>
      </w:r>
    </w:p>
    <w:p w14:paraId="524DE134" w14:textId="5E646D6B" w:rsidR="007F3714" w:rsidRPr="00616466" w:rsidRDefault="00000000">
      <w:pPr>
        <w:spacing w:after="120"/>
        <w:rPr>
          <w:lang w:val="pl-PL"/>
        </w:rPr>
      </w:pPr>
      <w:r w:rsidRPr="00616466">
        <w:rPr>
          <w:lang w:val="pl-PL"/>
        </w:rPr>
        <w:t xml:space="preserve">☐ </w:t>
      </w:r>
      <w:r w:rsidR="00616466">
        <w:rPr>
          <w:lang w:val="pl-PL"/>
        </w:rPr>
        <w:t xml:space="preserve"> </w:t>
      </w:r>
      <w:r w:rsidRPr="00616466">
        <w:rPr>
          <w:lang w:val="pl-PL"/>
        </w:rPr>
        <w:t>Wyrażam zgodę na nieodpłatne utrwalanie oraz publikowanie zdjęć i nagrań z udziałem uczestnika w materiałach informacyjnych i promocyjnych organizatora, w szczególności na stronie internetowej i w mediach społecznościowych, w związku z dokumentowaniem wydarzenia i projektu.</w:t>
      </w:r>
    </w:p>
    <w:p w14:paraId="10C56A0D" w14:textId="0E8F6547" w:rsidR="007F3714" w:rsidRPr="00616466" w:rsidRDefault="00000000">
      <w:pPr>
        <w:rPr>
          <w:lang w:val="pl-PL"/>
        </w:rPr>
      </w:pPr>
      <w:r w:rsidRPr="00616466">
        <w:rPr>
          <w:color w:val="666666"/>
          <w:sz w:val="17"/>
          <w:lang w:val="pl-PL"/>
        </w:rPr>
        <w:t>Administratorem danych osobowych podanych w formularzu jest Stowarzyszenie Pomoc za Jeden Uśmiech</w:t>
      </w:r>
      <w:r w:rsidR="00616466">
        <w:rPr>
          <w:color w:val="666666"/>
          <w:sz w:val="17"/>
          <w:lang w:val="pl-PL"/>
        </w:rPr>
        <w:t xml:space="preserve"> i Dom Kultury w Subkowach</w:t>
      </w:r>
      <w:r w:rsidRPr="00616466">
        <w:rPr>
          <w:color w:val="666666"/>
          <w:sz w:val="17"/>
          <w:lang w:val="pl-PL"/>
        </w:rPr>
        <w:t>. Dane będą przetwarzane w celu przyjęcia zgłoszenia, organizacji wydarzenia, kontaktu z uczestnikiem lub opiekunem oraz dokumentowania wydarzenia. Dane nie będą wykorzystywane do innych celów. Zgoda na publikację wizerunku jest dobrowolna i może zostać wycofana na przyszłość poprzez kontakt z organizatorem.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7F3714" w:rsidRPr="00616466" w14:paraId="1D9A02C3" w14:textId="77777777">
        <w:trPr>
          <w:jc w:val="center"/>
        </w:trPr>
        <w:tc>
          <w:tcPr>
            <w:tcW w:w="498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250" w:type="dxa"/>
              <w:left w:w="100" w:type="dxa"/>
              <w:bottom w:w="50" w:type="dxa"/>
              <w:right w:w="100" w:type="dxa"/>
            </w:tcMar>
          </w:tcPr>
          <w:p w14:paraId="00822641" w14:textId="77777777" w:rsidR="007F3714" w:rsidRDefault="00000000">
            <w:pPr>
              <w:jc w:val="center"/>
            </w:pPr>
            <w:r>
              <w:t>________________________________</w:t>
            </w:r>
            <w:r>
              <w:br/>
            </w:r>
            <w:r>
              <w:rPr>
                <w:sz w:val="17"/>
              </w:rPr>
              <w:t xml:space="preserve">Data </w:t>
            </w:r>
            <w:proofErr w:type="spellStart"/>
            <w:r>
              <w:rPr>
                <w:sz w:val="17"/>
              </w:rPr>
              <w:t>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miejscowość</w:t>
            </w:r>
            <w:proofErr w:type="spellEnd"/>
          </w:p>
        </w:tc>
        <w:tc>
          <w:tcPr>
            <w:tcW w:w="498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250" w:type="dxa"/>
              <w:left w:w="100" w:type="dxa"/>
              <w:bottom w:w="50" w:type="dxa"/>
              <w:right w:w="100" w:type="dxa"/>
            </w:tcMar>
          </w:tcPr>
          <w:p w14:paraId="1C024190" w14:textId="61923228" w:rsidR="007F3714" w:rsidRPr="00616466" w:rsidRDefault="00000000">
            <w:pPr>
              <w:jc w:val="center"/>
              <w:rPr>
                <w:lang w:val="pl-PL"/>
              </w:rPr>
            </w:pPr>
            <w:r w:rsidRPr="00616466">
              <w:rPr>
                <w:lang w:val="pl-PL"/>
              </w:rPr>
              <w:t>________________________________</w:t>
            </w:r>
            <w:r w:rsidRPr="00616466">
              <w:rPr>
                <w:lang w:val="pl-PL"/>
              </w:rPr>
              <w:br/>
            </w:r>
            <w:r w:rsidRPr="00616466">
              <w:rPr>
                <w:sz w:val="17"/>
                <w:lang w:val="pl-PL"/>
              </w:rPr>
              <w:t>Czytelny podpis pełnoletniego uczestnika lub rodzica / opiekuna</w:t>
            </w:r>
            <w:r w:rsidR="00616466">
              <w:rPr>
                <w:sz w:val="17"/>
                <w:lang w:val="pl-PL"/>
              </w:rPr>
              <w:t xml:space="preserve"> prawnego</w:t>
            </w:r>
          </w:p>
        </w:tc>
      </w:tr>
    </w:tbl>
    <w:p w14:paraId="3868C2D4" w14:textId="77777777" w:rsidR="000E65B2" w:rsidRPr="00616466" w:rsidRDefault="000E65B2">
      <w:pPr>
        <w:rPr>
          <w:lang w:val="pl-PL"/>
        </w:rPr>
      </w:pPr>
    </w:p>
    <w:sectPr w:rsidR="000E65B2" w:rsidRPr="00616466" w:rsidSect="00034616">
      <w:footerReference w:type="default" r:id="rId8"/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7E133" w14:textId="77777777" w:rsidR="00531085" w:rsidRDefault="00531085">
      <w:pPr>
        <w:spacing w:after="0" w:line="240" w:lineRule="auto"/>
      </w:pPr>
      <w:r>
        <w:separator/>
      </w:r>
    </w:p>
  </w:endnote>
  <w:endnote w:type="continuationSeparator" w:id="0">
    <w:p w14:paraId="09616744" w14:textId="77777777" w:rsidR="00531085" w:rsidRDefault="00531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B62F3" w14:textId="3CDB8771" w:rsidR="007F3714" w:rsidRPr="00616466" w:rsidRDefault="00000000">
    <w:pPr>
      <w:pStyle w:val="Stopka"/>
      <w:jc w:val="center"/>
      <w:rPr>
        <w:lang w:val="pl-PL"/>
      </w:rPr>
    </w:pPr>
    <w:r w:rsidRPr="00616466">
      <w:rPr>
        <w:color w:val="666666"/>
        <w:sz w:val="16"/>
        <w:lang w:val="pl-PL"/>
      </w:rPr>
      <w:t>Stowarzyszenie Pomoc za Jeden Uśmiech</w:t>
    </w:r>
    <w:r w:rsidR="00616466">
      <w:rPr>
        <w:color w:val="666666"/>
        <w:sz w:val="16"/>
        <w:lang w:val="pl-PL"/>
      </w:rPr>
      <w:t xml:space="preserve"> i Dom Kultury w Subkowach</w:t>
    </w:r>
    <w:r w:rsidRPr="00616466">
      <w:rPr>
        <w:color w:val="666666"/>
        <w:sz w:val="16"/>
        <w:lang w:val="pl-PL"/>
      </w:rPr>
      <w:t xml:space="preserve">  •  formularz należy przekazać do 8 listopada 2026 roku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C35B3" w14:textId="77777777" w:rsidR="00531085" w:rsidRDefault="00531085">
      <w:pPr>
        <w:spacing w:after="0" w:line="240" w:lineRule="auto"/>
      </w:pPr>
      <w:r>
        <w:separator/>
      </w:r>
    </w:p>
  </w:footnote>
  <w:footnote w:type="continuationSeparator" w:id="0">
    <w:p w14:paraId="20A2508B" w14:textId="77777777" w:rsidR="00531085" w:rsidRDefault="005310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9208426">
    <w:abstractNumId w:val="8"/>
  </w:num>
  <w:num w:numId="2" w16cid:durableId="1487436585">
    <w:abstractNumId w:val="6"/>
  </w:num>
  <w:num w:numId="3" w16cid:durableId="1937904479">
    <w:abstractNumId w:val="5"/>
  </w:num>
  <w:num w:numId="4" w16cid:durableId="1599867093">
    <w:abstractNumId w:val="4"/>
  </w:num>
  <w:num w:numId="5" w16cid:durableId="796727545">
    <w:abstractNumId w:val="7"/>
  </w:num>
  <w:num w:numId="6" w16cid:durableId="1676961361">
    <w:abstractNumId w:val="3"/>
  </w:num>
  <w:num w:numId="7" w16cid:durableId="1006598023">
    <w:abstractNumId w:val="2"/>
  </w:num>
  <w:num w:numId="8" w16cid:durableId="1784417958">
    <w:abstractNumId w:val="1"/>
  </w:num>
  <w:num w:numId="9" w16cid:durableId="265697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65B2"/>
    <w:rsid w:val="0015074B"/>
    <w:rsid w:val="00262879"/>
    <w:rsid w:val="0029639D"/>
    <w:rsid w:val="002A4422"/>
    <w:rsid w:val="00326F90"/>
    <w:rsid w:val="00531085"/>
    <w:rsid w:val="00616466"/>
    <w:rsid w:val="007F3714"/>
    <w:rsid w:val="00AA1D8D"/>
    <w:rsid w:val="00AA49FF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B1706A"/>
  <w14:defaultImageDpi w14:val="300"/>
  <w15:docId w15:val="{85B31AE6-C3F0-4B48-90D7-76B827AE7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Klub Seniora</cp:lastModifiedBy>
  <cp:revision>2</cp:revision>
  <dcterms:created xsi:type="dcterms:W3CDTF">2026-09-22T08:43:00Z</dcterms:created>
  <dcterms:modified xsi:type="dcterms:W3CDTF">2026-09-22T08:43:00Z</dcterms:modified>
  <cp:category/>
</cp:coreProperties>
</file>